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04AE6" w14:textId="3134C5F7" w:rsidR="008126C2" w:rsidRPr="00B80273" w:rsidRDefault="00B80273">
      <w:pPr>
        <w:pStyle w:val="Cmsor1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8752" behindDoc="1" locked="0" layoutInCell="1" allowOverlap="1" wp14:anchorId="668B8474" wp14:editId="3472E666">
            <wp:simplePos x="0" y="0"/>
            <wp:positionH relativeFrom="column">
              <wp:posOffset>2720340</wp:posOffset>
            </wp:positionH>
            <wp:positionV relativeFrom="paragraph">
              <wp:posOffset>-647700</wp:posOffset>
            </wp:positionV>
            <wp:extent cx="2446020" cy="244602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9F3" w:rsidRPr="00B80273">
        <w:rPr>
          <w:color w:val="000000" w:themeColor="text1"/>
        </w:rPr>
        <w:t xml:space="preserve">A </w:t>
      </w:r>
      <w:proofErr w:type="spellStart"/>
      <w:r w:rsidR="007859F3" w:rsidRPr="00B80273">
        <w:rPr>
          <w:color w:val="000000" w:themeColor="text1"/>
        </w:rPr>
        <w:t>személyes</w:t>
      </w:r>
      <w:proofErr w:type="spellEnd"/>
      <w:r w:rsidR="007859F3" w:rsidRPr="00B80273">
        <w:rPr>
          <w:color w:val="000000" w:themeColor="text1"/>
        </w:rPr>
        <w:t xml:space="preserve"> </w:t>
      </w:r>
      <w:proofErr w:type="spellStart"/>
      <w:r w:rsidR="007859F3" w:rsidRPr="00B80273">
        <w:rPr>
          <w:color w:val="000000" w:themeColor="text1"/>
        </w:rPr>
        <w:t>egyeztetés</w:t>
      </w:r>
      <w:proofErr w:type="spellEnd"/>
      <w:r w:rsidR="007859F3" w:rsidRPr="00B80273">
        <w:rPr>
          <w:color w:val="000000" w:themeColor="text1"/>
        </w:rPr>
        <w:t xml:space="preserve"> </w:t>
      </w:r>
      <w:proofErr w:type="spellStart"/>
      <w:r w:rsidR="007859F3" w:rsidRPr="00B80273">
        <w:rPr>
          <w:color w:val="000000" w:themeColor="text1"/>
        </w:rPr>
        <w:t>menete</w:t>
      </w:r>
      <w:proofErr w:type="spellEnd"/>
    </w:p>
    <w:p w14:paraId="7E0A8742" w14:textId="524F57E6" w:rsidR="00E81479" w:rsidRPr="00E81479" w:rsidRDefault="007859F3" w:rsidP="00E81479">
      <w:pPr>
        <w:rPr>
          <w:b/>
          <w:bCs/>
          <w:lang w:val="hu-HU"/>
        </w:rPr>
      </w:pPr>
      <w:r>
        <w:br/>
      </w:r>
      <w:r w:rsidR="00E81479">
        <w:rPr>
          <w:b/>
          <w:bCs/>
          <w:lang w:val="hu-HU"/>
        </w:rPr>
        <w:br/>
      </w:r>
      <w:r w:rsidR="00E81479">
        <w:rPr>
          <w:b/>
          <w:bCs/>
          <w:lang w:val="hu-HU"/>
        </w:rPr>
        <w:br/>
      </w:r>
      <w:r w:rsidR="00E81479" w:rsidRPr="00E81479">
        <w:rPr>
          <w:b/>
          <w:bCs/>
          <w:lang w:val="hu-HU"/>
        </w:rPr>
        <w:t>Miért fontos a személyes találkozó?</w:t>
      </w:r>
    </w:p>
    <w:p w14:paraId="4A378B65" w14:textId="03498E7C" w:rsidR="00E81479" w:rsidRPr="00E81479" w:rsidRDefault="00E81479" w:rsidP="00E81479">
      <w:pPr>
        <w:rPr>
          <w:lang w:val="hu-HU"/>
        </w:rPr>
      </w:pPr>
      <w:r w:rsidRPr="00E81479">
        <w:rPr>
          <w:lang w:val="hu-HU"/>
        </w:rPr>
        <w:t>Egy méltó búcsú nem csupán az életrajzi adatok és fontos életesemények felsorolásából áll. A célom az, hogy a búcsúbeszéd valóban tükrözze azt az embert, akit szerettek, tiszteltek és akinek emlékét megőrizni szeretnék.</w:t>
      </w:r>
      <w:r>
        <w:rPr>
          <w:lang w:val="hu-HU"/>
        </w:rPr>
        <w:br/>
      </w:r>
      <w:r w:rsidRPr="00E81479">
        <w:rPr>
          <w:lang w:val="hu-HU"/>
        </w:rPr>
        <w:t>Ennek érdekében a búcsúztatást megelőzően egy körülbelül egyórás személyes beszélgetést tartunk, amely során lehetőségem nyílik megismerni az elhunyt életútját, személyiségét, szokásait, valamint azokat az emlékeket és történeteket, amelyek igazán különlegessé tették őt a család és a hozzátartozók számára.</w:t>
      </w:r>
    </w:p>
    <w:p w14:paraId="4FEB84D2" w14:textId="2CA64E1D" w:rsidR="00E81479" w:rsidRPr="00E81479" w:rsidRDefault="00E81479" w:rsidP="00E81479">
      <w:pPr>
        <w:rPr>
          <w:b/>
          <w:bCs/>
          <w:lang w:val="hu-HU"/>
        </w:rPr>
      </w:pPr>
      <w:r>
        <w:rPr>
          <w:b/>
          <w:bCs/>
          <w:lang w:val="hu-HU"/>
        </w:rPr>
        <w:br/>
      </w:r>
      <w:r>
        <w:rPr>
          <w:b/>
          <w:bCs/>
          <w:lang w:val="hu-HU"/>
        </w:rPr>
        <w:br/>
      </w:r>
      <w:r w:rsidRPr="00E81479">
        <w:rPr>
          <w:b/>
          <w:bCs/>
          <w:lang w:val="hu-HU"/>
        </w:rPr>
        <w:t>A helyszínt Önök választják</w:t>
      </w:r>
    </w:p>
    <w:p w14:paraId="2C7F3D19" w14:textId="226C3795" w:rsidR="00E81479" w:rsidRPr="00E81479" w:rsidRDefault="00E81479" w:rsidP="00E81479">
      <w:pPr>
        <w:rPr>
          <w:lang w:val="hu-HU"/>
        </w:rPr>
      </w:pPr>
      <w:r w:rsidRPr="00E81479">
        <w:rPr>
          <w:lang w:val="hu-HU"/>
        </w:rPr>
        <w:t xml:space="preserve">Számomra kiemelten fontos, hogy a beszélgetés olyan környezetben történjen, ahol Önök biztonságban, nyugodtan és feszültségek nélkül tudnak beszélni </w:t>
      </w:r>
      <w:proofErr w:type="spellStart"/>
      <w:proofErr w:type="gramStart"/>
      <w:r w:rsidRPr="00E81479">
        <w:rPr>
          <w:lang w:val="hu-HU"/>
        </w:rPr>
        <w:t>szerettükről.Éppen</w:t>
      </w:r>
      <w:proofErr w:type="spellEnd"/>
      <w:proofErr w:type="gramEnd"/>
      <w:r w:rsidRPr="00E81479">
        <w:rPr>
          <w:lang w:val="hu-HU"/>
        </w:rPr>
        <w:t xml:space="preserve"> ezért a találkozó helyszínét minden esetben a család választhatja meg.</w:t>
      </w:r>
    </w:p>
    <w:p w14:paraId="2857BE67" w14:textId="77777777" w:rsidR="00E81479" w:rsidRPr="00E81479" w:rsidRDefault="00E81479" w:rsidP="00E81479">
      <w:pPr>
        <w:rPr>
          <w:lang w:val="hu-HU"/>
        </w:rPr>
      </w:pPr>
      <w:r w:rsidRPr="00E81479">
        <w:rPr>
          <w:lang w:val="hu-HU"/>
        </w:rPr>
        <w:t>Ez lehet:</w:t>
      </w:r>
    </w:p>
    <w:p w14:paraId="4930327C" w14:textId="77777777" w:rsidR="00E81479" w:rsidRPr="00E81479" w:rsidRDefault="00E81479" w:rsidP="00E81479">
      <w:pPr>
        <w:numPr>
          <w:ilvl w:val="0"/>
          <w:numId w:val="10"/>
        </w:numPr>
        <w:rPr>
          <w:lang w:val="hu-HU"/>
        </w:rPr>
      </w:pPr>
      <w:r w:rsidRPr="00E81479">
        <w:rPr>
          <w:lang w:val="hu-HU"/>
        </w:rPr>
        <w:t>az otthonuk kényelmében,</w:t>
      </w:r>
    </w:p>
    <w:p w14:paraId="590D9A4F" w14:textId="77777777" w:rsidR="00E81479" w:rsidRPr="00E81479" w:rsidRDefault="00E81479" w:rsidP="00E81479">
      <w:pPr>
        <w:numPr>
          <w:ilvl w:val="0"/>
          <w:numId w:val="10"/>
        </w:numPr>
        <w:rPr>
          <w:lang w:val="hu-HU"/>
        </w:rPr>
      </w:pPr>
      <w:r w:rsidRPr="00E81479">
        <w:rPr>
          <w:lang w:val="hu-HU"/>
        </w:rPr>
        <w:t>egy csendes kávézóban,</w:t>
      </w:r>
    </w:p>
    <w:p w14:paraId="79E5ABAD" w14:textId="77777777" w:rsidR="00E81479" w:rsidRPr="00E81479" w:rsidRDefault="00E81479" w:rsidP="00E81479">
      <w:pPr>
        <w:numPr>
          <w:ilvl w:val="0"/>
          <w:numId w:val="10"/>
        </w:numPr>
        <w:rPr>
          <w:lang w:val="hu-HU"/>
        </w:rPr>
      </w:pPr>
      <w:r w:rsidRPr="00E81479">
        <w:rPr>
          <w:lang w:val="hu-HU"/>
        </w:rPr>
        <w:t>egy park nyugodt környezetében,</w:t>
      </w:r>
    </w:p>
    <w:p w14:paraId="7AF80A06" w14:textId="77777777" w:rsidR="00E81479" w:rsidRPr="00E81479" w:rsidRDefault="00E81479" w:rsidP="00E81479">
      <w:pPr>
        <w:numPr>
          <w:ilvl w:val="0"/>
          <w:numId w:val="10"/>
        </w:numPr>
        <w:rPr>
          <w:lang w:val="hu-HU"/>
        </w:rPr>
      </w:pPr>
      <w:r w:rsidRPr="00E81479">
        <w:rPr>
          <w:lang w:val="hu-HU"/>
        </w:rPr>
        <w:t>egy közösségi térben,</w:t>
      </w:r>
    </w:p>
    <w:p w14:paraId="18A583E4" w14:textId="77777777" w:rsidR="00E81479" w:rsidRPr="00E81479" w:rsidRDefault="00E81479" w:rsidP="00E81479">
      <w:pPr>
        <w:numPr>
          <w:ilvl w:val="0"/>
          <w:numId w:val="10"/>
        </w:numPr>
        <w:rPr>
          <w:lang w:val="hu-HU"/>
        </w:rPr>
      </w:pPr>
      <w:r w:rsidRPr="00E81479">
        <w:rPr>
          <w:lang w:val="hu-HU"/>
        </w:rPr>
        <w:t>vagy bármely olyan helyszínen, ahol komfortosan és biztonságban érzik magukat.</w:t>
      </w:r>
    </w:p>
    <w:p w14:paraId="381D0A40" w14:textId="7EE29B05" w:rsidR="00E81479" w:rsidRPr="00E81479" w:rsidRDefault="00E81479" w:rsidP="00E81479">
      <w:pPr>
        <w:rPr>
          <w:lang w:val="hu-HU"/>
        </w:rPr>
      </w:pPr>
      <w:r w:rsidRPr="00E81479">
        <w:rPr>
          <w:lang w:val="hu-HU"/>
        </w:rPr>
        <w:t>A személyes egyeztetés helyszínét Debrecen és környékén teljes rugalmassággal kezelem. Fontosnak tartom, hogy a beszélgetés ott történjen, ahol Önök a leginkább komfortosan érzik magukat, és ahol felszabadultan tudnak emlékezni, mesélni, megosztani gondolataikat és érzéseiket.</w:t>
      </w:r>
      <w:r>
        <w:rPr>
          <w:lang w:val="hu-HU"/>
        </w:rPr>
        <w:br/>
      </w:r>
      <w:r w:rsidRPr="00E81479">
        <w:rPr>
          <w:lang w:val="hu-HU"/>
        </w:rPr>
        <w:t>Meggyőződésem, hogy egy őszinte és személyes beszélgetés csak olyan környezetben valósulhat meg, ahol a hozzátartozók nyugodtan és bizalommal tudnak megnyílni.</w:t>
      </w:r>
    </w:p>
    <w:p w14:paraId="4D1F133D" w14:textId="1ECCE588" w:rsidR="00E81479" w:rsidRPr="00E81479" w:rsidRDefault="00E81479" w:rsidP="00E81479">
      <w:pPr>
        <w:rPr>
          <w:b/>
          <w:bCs/>
          <w:lang w:val="hu-HU"/>
        </w:rPr>
      </w:pPr>
      <w:r>
        <w:rPr>
          <w:b/>
          <w:bCs/>
          <w:lang w:val="hu-HU"/>
        </w:rPr>
        <w:br/>
      </w:r>
      <w:r>
        <w:rPr>
          <w:b/>
          <w:bCs/>
          <w:lang w:val="hu-HU"/>
        </w:rPr>
        <w:br/>
      </w:r>
      <w:r>
        <w:rPr>
          <w:b/>
          <w:bCs/>
          <w:lang w:val="hu-HU"/>
        </w:rPr>
        <w:br/>
      </w:r>
      <w:r>
        <w:rPr>
          <w:b/>
          <w:bCs/>
          <w:lang w:val="hu-HU"/>
        </w:rPr>
        <w:lastRenderedPageBreak/>
        <w:br/>
      </w:r>
      <w:r w:rsidRPr="00E81479">
        <w:rPr>
          <w:b/>
          <w:bCs/>
          <w:lang w:val="hu-HU"/>
        </w:rPr>
        <w:t>Hangfelvétel készítésével kapcsolatos tájékoztatás</w:t>
      </w:r>
    </w:p>
    <w:p w14:paraId="287DF5AC" w14:textId="239F71C3" w:rsidR="00E81479" w:rsidRPr="00E81479" w:rsidRDefault="00E81479" w:rsidP="00E81479">
      <w:pPr>
        <w:rPr>
          <w:lang w:val="hu-HU"/>
        </w:rPr>
      </w:pPr>
      <w:r w:rsidRPr="00E81479">
        <w:rPr>
          <w:lang w:val="hu-HU"/>
        </w:rPr>
        <w:t>A megbízási szerződésben és az adatkezelési tájékoztatóban is szerepel, hogy a beszélgetés során – kizárólag az Önök hozzájárulásával – hangfelvétel készülhet.</w:t>
      </w:r>
      <w:r>
        <w:rPr>
          <w:lang w:val="hu-HU"/>
        </w:rPr>
        <w:br/>
      </w:r>
      <w:r w:rsidRPr="00E81479">
        <w:rPr>
          <w:lang w:val="hu-HU"/>
        </w:rPr>
        <w:t>Ennek célja nem a beszélgetés rögzítése önmagáért, hanem az, hogy a találkozó alatt ne kelljen folyamatosan jegyzetelnem vagy számítógépbe adatokat rögzítenem.</w:t>
      </w:r>
      <w:r>
        <w:rPr>
          <w:lang w:val="hu-HU"/>
        </w:rPr>
        <w:br/>
      </w:r>
      <w:r w:rsidRPr="00E81479">
        <w:rPr>
          <w:lang w:val="hu-HU"/>
        </w:rPr>
        <w:t>Így a figyelmemet teljes mértékben Önökre fordíthatom, és a beszélgetés természetesebb, emberibb légkörben zajlhat.</w:t>
      </w:r>
      <w:r>
        <w:rPr>
          <w:lang w:val="hu-HU"/>
        </w:rPr>
        <w:br/>
      </w:r>
      <w:r w:rsidRPr="00E81479">
        <w:rPr>
          <w:lang w:val="hu-HU"/>
        </w:rPr>
        <w:t>A hangfelvétel egyben segítséget jelent abban is, hogy a család által megosztott történetek, nevek, események és személyes emlékek pontosan kerüljenek feldolgozásra, ezáltal elkerülhetőek legyenek az esetleges félreértések vagy pontatlanságok.</w:t>
      </w:r>
      <w:r>
        <w:rPr>
          <w:lang w:val="hu-HU"/>
        </w:rPr>
        <w:br/>
      </w:r>
      <w:r w:rsidRPr="00E81479">
        <w:rPr>
          <w:lang w:val="hu-HU"/>
        </w:rPr>
        <w:t>A felvételhez kizárólag én férek hozzá, azt harmadik személy részére semmilyen körülmények között nem adom át.</w:t>
      </w:r>
      <w:r>
        <w:rPr>
          <w:lang w:val="hu-HU"/>
        </w:rPr>
        <w:br/>
      </w:r>
      <w:r w:rsidRPr="00E81479">
        <w:rPr>
          <w:lang w:val="hu-HU"/>
        </w:rPr>
        <w:t>A hangfelvétel a megbízás teljesítését követően törlésre kerül, legkésőbb 30 napon belül. Amennyiben a család ezt kéri, a felvétel akár már a búcsúztatás napján is véglegesen törölhető.</w:t>
      </w:r>
    </w:p>
    <w:p w14:paraId="03469B09" w14:textId="77777777" w:rsidR="00E81479" w:rsidRPr="00E81479" w:rsidRDefault="00E81479" w:rsidP="00E81479">
      <w:pPr>
        <w:rPr>
          <w:b/>
          <w:bCs/>
          <w:lang w:val="hu-HU"/>
        </w:rPr>
      </w:pPr>
      <w:r w:rsidRPr="00E81479">
        <w:rPr>
          <w:b/>
          <w:bCs/>
          <w:lang w:val="hu-HU"/>
        </w:rPr>
        <w:t>Felkészülés a találkozóra</w:t>
      </w:r>
    </w:p>
    <w:p w14:paraId="5AF60031" w14:textId="29F3E80F" w:rsidR="00E81479" w:rsidRPr="00E81479" w:rsidRDefault="00E81479" w:rsidP="00E81479">
      <w:pPr>
        <w:rPr>
          <w:lang w:val="hu-HU"/>
        </w:rPr>
      </w:pPr>
      <w:r w:rsidRPr="00E81479">
        <w:rPr>
          <w:lang w:val="hu-HU"/>
        </w:rPr>
        <w:t>A személyes egyeztetés előtt kérem, szánjanak néhány percet a „Segítség a méltó búcsú megalkotásához” című tájékoztató dokumentum átolvasására.</w:t>
      </w:r>
      <w:r>
        <w:rPr>
          <w:lang w:val="hu-HU"/>
        </w:rPr>
        <w:br/>
      </w:r>
      <w:r w:rsidRPr="00E81479">
        <w:rPr>
          <w:lang w:val="hu-HU"/>
        </w:rPr>
        <w:t>A dokumentumban szereplő kérdések és gondolatébresztő szempontok segítséget nyújthatnak abban, hogy összegyűjtsék azokat az információkat, emlékeket, történeteket és személyes élményeket, amelyeket fontosnak tartanak megosztani.</w:t>
      </w:r>
      <w:r>
        <w:rPr>
          <w:lang w:val="hu-HU"/>
        </w:rPr>
        <w:br/>
      </w:r>
      <w:r w:rsidRPr="00E81479">
        <w:rPr>
          <w:lang w:val="hu-HU"/>
        </w:rPr>
        <w:t>Nem szükséges minden kérdésre választ adni. Sok esetben egyetlen kedves történet vagy személyes emlék többet árul el valakiről, mint hosszú életrajzi adatok sora.</w:t>
      </w:r>
    </w:p>
    <w:p w14:paraId="2A7235C3" w14:textId="77777777" w:rsidR="00E81479" w:rsidRPr="00E81479" w:rsidRDefault="00E81479" w:rsidP="00E81479">
      <w:pPr>
        <w:rPr>
          <w:b/>
          <w:bCs/>
          <w:lang w:val="hu-HU"/>
        </w:rPr>
      </w:pPr>
      <w:r w:rsidRPr="00E81479">
        <w:rPr>
          <w:b/>
          <w:bCs/>
          <w:lang w:val="hu-HU"/>
        </w:rPr>
        <w:t>A búcsúbeszéd elkészítése</w:t>
      </w:r>
    </w:p>
    <w:p w14:paraId="0C9616E3" w14:textId="5B509F07" w:rsidR="00E81479" w:rsidRPr="00E81479" w:rsidRDefault="00E81479" w:rsidP="00E81479">
      <w:pPr>
        <w:rPr>
          <w:lang w:val="hu-HU"/>
        </w:rPr>
      </w:pPr>
      <w:r w:rsidRPr="00E81479">
        <w:rPr>
          <w:lang w:val="hu-HU"/>
        </w:rPr>
        <w:t>Az egyeztetés során elhangzott információk alapján a búcsúbeszédet teljes egészében én készítem el.</w:t>
      </w:r>
      <w:r>
        <w:rPr>
          <w:lang w:val="hu-HU"/>
        </w:rPr>
        <w:br/>
      </w:r>
      <w:r w:rsidRPr="00E81479">
        <w:rPr>
          <w:lang w:val="hu-HU"/>
        </w:rPr>
        <w:t>Arra törekszem, hogy a beszéd személyes, méltóságteljes és az elhunyt személyiségéhez hű legyen. Nem egy sablonos szöveget szeretnék felolvasni, hanem olyan búcsúbeszédet megalkotni, amely valóban felidézi azt az embert, akire emlékezünk.</w:t>
      </w:r>
      <w:r>
        <w:rPr>
          <w:lang w:val="hu-HU"/>
        </w:rPr>
        <w:br/>
      </w:r>
      <w:r w:rsidRPr="00E81479">
        <w:rPr>
          <w:lang w:val="hu-HU"/>
        </w:rPr>
        <w:t>Igény esetén a búcsúbeszéd teljes szövegét a temetés előtt elektronikus formában megküldöm a család részére, így lehetőség nyílik annak átolvasására, valamint szükség esetén módosítások, kiegészítések vagy pontosítások kérésére is.</w:t>
      </w:r>
      <w:r>
        <w:rPr>
          <w:lang w:val="hu-HU"/>
        </w:rPr>
        <w:br/>
      </w:r>
      <w:r w:rsidRPr="00E81479">
        <w:rPr>
          <w:lang w:val="hu-HU"/>
        </w:rPr>
        <w:t>Fontos számomra, hogy a végleges búcsúbeszéd olyan legyen, amellyel a család maradéktalanul azonosulni tud, és amely méltó módon idézi fel szerettük életét, személyiségét és emlékét.</w:t>
      </w:r>
    </w:p>
    <w:p w14:paraId="5B3D80C4" w14:textId="77777777" w:rsidR="00E81479" w:rsidRDefault="00E81479" w:rsidP="00E81479">
      <w:pPr>
        <w:rPr>
          <w:lang w:val="hu-HU"/>
        </w:rPr>
      </w:pPr>
    </w:p>
    <w:p w14:paraId="4D72F551" w14:textId="77777777" w:rsidR="00E81479" w:rsidRDefault="00E81479" w:rsidP="00E81479">
      <w:pPr>
        <w:rPr>
          <w:lang w:val="hu-HU"/>
        </w:rPr>
      </w:pPr>
    </w:p>
    <w:p w14:paraId="74F8B9AF" w14:textId="6181D91C" w:rsidR="00E81479" w:rsidRPr="00E81479" w:rsidRDefault="00E81479" w:rsidP="00E81479">
      <w:pPr>
        <w:rPr>
          <w:b/>
          <w:bCs/>
          <w:lang w:val="hu-HU"/>
        </w:rPr>
      </w:pPr>
      <w:r w:rsidRPr="00E81479">
        <w:rPr>
          <w:b/>
          <w:bCs/>
          <w:lang w:val="hu-HU"/>
        </w:rPr>
        <w:lastRenderedPageBreak/>
        <w:t>Támogatás a teljes folyamat során</w:t>
      </w:r>
    </w:p>
    <w:p w14:paraId="04F869C3" w14:textId="4E39FEB7" w:rsidR="00E81479" w:rsidRPr="00E81479" w:rsidRDefault="00E81479" w:rsidP="00E81479">
      <w:pPr>
        <w:rPr>
          <w:lang w:val="hu-HU"/>
        </w:rPr>
      </w:pPr>
      <w:r>
        <w:rPr>
          <w:lang w:val="hu-HU"/>
        </w:rPr>
        <w:br/>
      </w:r>
      <w:r w:rsidRPr="00E81479">
        <w:rPr>
          <w:lang w:val="hu-HU"/>
        </w:rPr>
        <w:t>A gyász időszaka sokszor nemcsak érzelmileg megterhelő, hanem számos szervezési feladattal és döntéssel is jár. Fontosnak tartom, hogy ebben az időszakban ne csupán búcsúztatóként, hanem segítőként is számíthassanak rám.</w:t>
      </w:r>
    </w:p>
    <w:p w14:paraId="48FE02A1" w14:textId="77777777" w:rsidR="00E81479" w:rsidRPr="00E81479" w:rsidRDefault="00E81479" w:rsidP="00E81479">
      <w:pPr>
        <w:rPr>
          <w:lang w:val="hu-HU"/>
        </w:rPr>
      </w:pPr>
      <w:r w:rsidRPr="00E81479">
        <w:rPr>
          <w:lang w:val="hu-HU"/>
        </w:rPr>
        <w:t>A közös munka során igyekszem minden olyan területen támogatást nyújtani, ahol erre igény mutatkozik.</w:t>
      </w:r>
    </w:p>
    <w:p w14:paraId="53B7BB72" w14:textId="77777777" w:rsidR="00E81479" w:rsidRPr="00E81479" w:rsidRDefault="00E81479" w:rsidP="00E81479">
      <w:pPr>
        <w:rPr>
          <w:b/>
          <w:bCs/>
          <w:lang w:val="hu-HU"/>
        </w:rPr>
      </w:pPr>
      <w:r w:rsidRPr="00E81479">
        <w:rPr>
          <w:b/>
          <w:bCs/>
          <w:lang w:val="hu-HU"/>
        </w:rPr>
        <w:t>Segítséget tudok nyújtani többek között:</w:t>
      </w:r>
    </w:p>
    <w:p w14:paraId="4A9EDFE7" w14:textId="77777777" w:rsidR="00E81479" w:rsidRPr="00E81479" w:rsidRDefault="00E81479" w:rsidP="00E81479">
      <w:pPr>
        <w:numPr>
          <w:ilvl w:val="0"/>
          <w:numId w:val="11"/>
        </w:numPr>
        <w:rPr>
          <w:lang w:val="hu-HU"/>
        </w:rPr>
      </w:pPr>
      <w:r w:rsidRPr="00E81479">
        <w:rPr>
          <w:lang w:val="hu-HU"/>
        </w:rPr>
        <w:t>a személyes búcsúbeszéd megírásában és véglegesítésében,</w:t>
      </w:r>
    </w:p>
    <w:p w14:paraId="4C007271" w14:textId="77777777" w:rsidR="00E81479" w:rsidRPr="00E81479" w:rsidRDefault="00E81479" w:rsidP="00E81479">
      <w:pPr>
        <w:numPr>
          <w:ilvl w:val="0"/>
          <w:numId w:val="11"/>
        </w:numPr>
        <w:rPr>
          <w:lang w:val="hu-HU"/>
        </w:rPr>
      </w:pPr>
      <w:r w:rsidRPr="00E81479">
        <w:rPr>
          <w:lang w:val="hu-HU"/>
        </w:rPr>
        <w:t>a búcsúztatás teljes forgatókönyvének kialakításában,</w:t>
      </w:r>
    </w:p>
    <w:p w14:paraId="48332481" w14:textId="77777777" w:rsidR="00E81479" w:rsidRPr="00E81479" w:rsidRDefault="00E81479" w:rsidP="00E81479">
      <w:pPr>
        <w:numPr>
          <w:ilvl w:val="0"/>
          <w:numId w:val="11"/>
        </w:numPr>
        <w:rPr>
          <w:lang w:val="hu-HU"/>
        </w:rPr>
      </w:pPr>
      <w:r w:rsidRPr="00E81479">
        <w:rPr>
          <w:lang w:val="hu-HU"/>
        </w:rPr>
        <w:t>egyéni elképzelések és különleges kérések megvalósításában,</w:t>
      </w:r>
    </w:p>
    <w:p w14:paraId="6D0C3F54" w14:textId="77777777" w:rsidR="00E81479" w:rsidRPr="00E81479" w:rsidRDefault="00E81479" w:rsidP="00E81479">
      <w:pPr>
        <w:numPr>
          <w:ilvl w:val="0"/>
          <w:numId w:val="11"/>
        </w:numPr>
        <w:rPr>
          <w:lang w:val="hu-HU"/>
        </w:rPr>
      </w:pPr>
      <w:r w:rsidRPr="00E81479">
        <w:rPr>
          <w:lang w:val="hu-HU"/>
        </w:rPr>
        <w:t>a temetkezési vállalkozóval történő kapcsolattartásban és egyeztetésekben,</w:t>
      </w:r>
    </w:p>
    <w:p w14:paraId="09E66AE3" w14:textId="77777777" w:rsidR="00E81479" w:rsidRPr="00E81479" w:rsidRDefault="00E81479" w:rsidP="00E81479">
      <w:pPr>
        <w:numPr>
          <w:ilvl w:val="0"/>
          <w:numId w:val="11"/>
        </w:numPr>
        <w:rPr>
          <w:lang w:val="hu-HU"/>
        </w:rPr>
      </w:pPr>
      <w:r w:rsidRPr="00E81479">
        <w:rPr>
          <w:lang w:val="hu-HU"/>
        </w:rPr>
        <w:t>a búcsúztatás menetét érintő kérdések megválaszolásában,</w:t>
      </w:r>
    </w:p>
    <w:p w14:paraId="679F3332" w14:textId="77777777" w:rsidR="00E81479" w:rsidRPr="00E81479" w:rsidRDefault="00E81479" w:rsidP="00E81479">
      <w:pPr>
        <w:numPr>
          <w:ilvl w:val="0"/>
          <w:numId w:val="11"/>
        </w:numPr>
        <w:rPr>
          <w:lang w:val="hu-HU"/>
        </w:rPr>
      </w:pPr>
      <w:r w:rsidRPr="00E81479">
        <w:rPr>
          <w:lang w:val="hu-HU"/>
        </w:rPr>
        <w:t>valamint a gyász időszakában felmerülő gyakorlati kérdések átbeszélésében.</w:t>
      </w:r>
    </w:p>
    <w:p w14:paraId="43B6DC3E" w14:textId="1D35A7E6" w:rsidR="00E81479" w:rsidRPr="00E81479" w:rsidRDefault="00E81479" w:rsidP="00E81479">
      <w:pPr>
        <w:rPr>
          <w:lang w:val="hu-HU"/>
        </w:rPr>
      </w:pPr>
      <w:r w:rsidRPr="00E81479">
        <w:rPr>
          <w:lang w:val="hu-HU"/>
        </w:rPr>
        <w:t>Több mint húsz</w:t>
      </w:r>
      <w:r>
        <w:rPr>
          <w:lang w:val="hu-HU"/>
        </w:rPr>
        <w:t xml:space="preserve"> </w:t>
      </w:r>
      <w:r w:rsidRPr="00E81479">
        <w:rPr>
          <w:lang w:val="hu-HU"/>
        </w:rPr>
        <w:t>éves zenészi és előadói tapasztalatomnak köszönhetően szívesen segítek a búcsúztatás zenei anyagának összeállításában is. Legyen szó egy szeretett dal kiválasztásáról, a zenei sorrend kialakításáról vagy akár több felvétel összevágásáról, arra törekszem, hogy a zene is méltó módon támogassa a búcsú pillanatait.</w:t>
      </w:r>
      <w:r>
        <w:rPr>
          <w:lang w:val="hu-HU"/>
        </w:rPr>
        <w:br/>
      </w:r>
      <w:r w:rsidRPr="00E81479">
        <w:rPr>
          <w:lang w:val="hu-HU"/>
        </w:rPr>
        <w:t>Hiszem, hogy minden élet egyedi, ezért minden búcsúztatásnak is annak kell lennie. Amennyiben különleges elképzelésük vagy személyes kérésük van, nyitott vagyok annak megvalósítására, és mindent megteszek annak érdekében, hogy a búcsú valóban az elhunyt személyiségét, életútját és a család szeretetét tükrözze.</w:t>
      </w:r>
      <w:r>
        <w:rPr>
          <w:lang w:val="hu-HU"/>
        </w:rPr>
        <w:br/>
      </w:r>
      <w:r w:rsidRPr="00E81479">
        <w:rPr>
          <w:lang w:val="hu-HU"/>
        </w:rPr>
        <w:t xml:space="preserve">A célom, hogy Önök ne csupán egy szolgáltatást kapjanak, hanem egy olyan támogató segítséget, amely a búcsúztatás teljes folyamatán </w:t>
      </w:r>
      <w:proofErr w:type="spellStart"/>
      <w:r w:rsidRPr="00E81479">
        <w:rPr>
          <w:lang w:val="hu-HU"/>
        </w:rPr>
        <w:t>végigkíséri</w:t>
      </w:r>
      <w:proofErr w:type="spellEnd"/>
      <w:r w:rsidRPr="00E81479">
        <w:rPr>
          <w:lang w:val="hu-HU"/>
        </w:rPr>
        <w:t xml:space="preserve"> Önöket. </w:t>
      </w:r>
      <w:r>
        <w:rPr>
          <w:lang w:val="hu-HU"/>
        </w:rPr>
        <w:br/>
      </w:r>
      <w:r w:rsidRPr="00E81479">
        <w:rPr>
          <w:lang w:val="hu-HU"/>
        </w:rPr>
        <w:t>Bármilyen kérdés, kérés vagy bizonytalanság esetén bizalommal fordulhatnak hozzám.</w:t>
      </w:r>
      <w:r>
        <w:rPr>
          <w:lang w:val="hu-HU"/>
        </w:rPr>
        <w:br/>
      </w:r>
      <w:r w:rsidRPr="00E81479">
        <w:rPr>
          <w:lang w:val="hu-HU"/>
        </w:rPr>
        <w:t>Számíthatnak rám a gyász nehéz időszakában, a beszéd megalkotásától kezdve a szervezési kérdéseken át egészen a búcsúztatás napjáig. Segítek a búcsúbeszéd megírásában, a búcsúztatás forgatókönyvének kialakításában, az egyéni elképzelések megvalósításában, valamint szükség esetén a temetkezési vállalkozóval történő kapcsolattartásban és egyeztetésekben is.</w:t>
      </w:r>
    </w:p>
    <w:p w14:paraId="0A5CF2E2" w14:textId="77777777" w:rsidR="00E81479" w:rsidRPr="00E81479" w:rsidRDefault="00E81479" w:rsidP="00E81479">
      <w:pPr>
        <w:rPr>
          <w:lang w:val="hu-HU"/>
        </w:rPr>
      </w:pPr>
      <w:r w:rsidRPr="00E81479">
        <w:rPr>
          <w:lang w:val="hu-HU"/>
        </w:rPr>
        <w:t>Bízom benne, hogy ezzel a közös munkával olyan búcsút tudunk megalkotni, amely nem csupán lezárása egy életútnak, hanem méltó tisztelgés is egy szeretett ember emléke előtt.</w:t>
      </w:r>
    </w:p>
    <w:p w14:paraId="2ADE8219" w14:textId="77777777" w:rsidR="00E81479" w:rsidRPr="00E81479" w:rsidRDefault="00E81479" w:rsidP="00E81479">
      <w:pPr>
        <w:rPr>
          <w:lang w:val="hu-HU"/>
        </w:rPr>
      </w:pPr>
      <w:r w:rsidRPr="00E81479">
        <w:rPr>
          <w:lang w:val="hu-HU"/>
        </w:rPr>
        <w:t>Fehér Zoltán</w:t>
      </w:r>
      <w:r w:rsidRPr="00E81479">
        <w:rPr>
          <w:lang w:val="hu-HU"/>
        </w:rPr>
        <w:br/>
        <w:t>Polgári búcsúztató</w:t>
      </w:r>
    </w:p>
    <w:p w14:paraId="13A61679" w14:textId="070C7E87" w:rsidR="008126C2" w:rsidRPr="00031049" w:rsidRDefault="00E81479">
      <w:pPr>
        <w:rPr>
          <w:lang w:val="hu-HU"/>
        </w:rPr>
      </w:pPr>
      <w:r w:rsidRPr="00E81479">
        <w:rPr>
          <w:i/>
          <w:iCs/>
          <w:lang w:val="hu-HU"/>
        </w:rPr>
        <w:t>"Minden élet egy történet – legyen méltó búcsú hozzá."</w:t>
      </w:r>
    </w:p>
    <w:sectPr w:rsidR="008126C2" w:rsidRPr="0003104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8055E44"/>
    <w:multiLevelType w:val="multilevel"/>
    <w:tmpl w:val="4E1A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073B25"/>
    <w:multiLevelType w:val="multilevel"/>
    <w:tmpl w:val="5318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1049"/>
    <w:rsid w:val="00034616"/>
    <w:rsid w:val="0006063C"/>
    <w:rsid w:val="0015074B"/>
    <w:rsid w:val="0029639D"/>
    <w:rsid w:val="00326F90"/>
    <w:rsid w:val="007859F3"/>
    <w:rsid w:val="008126C2"/>
    <w:rsid w:val="00AA1D8D"/>
    <w:rsid w:val="00B47730"/>
    <w:rsid w:val="00B80273"/>
    <w:rsid w:val="00CB0664"/>
    <w:rsid w:val="00E814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339FE124-F67B-4C86-8933-408611ED2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9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777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Zoltán</cp:lastModifiedBy>
  <cp:revision>5</cp:revision>
  <dcterms:created xsi:type="dcterms:W3CDTF">2013-12-23T23:15:00Z</dcterms:created>
  <dcterms:modified xsi:type="dcterms:W3CDTF">2026-06-14T07:08:00Z</dcterms:modified>
  <cp:category/>
</cp:coreProperties>
</file>