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FAC02" w14:textId="280E4C63" w:rsidR="00D46B13" w:rsidRPr="00D033B4" w:rsidRDefault="00D033B4">
      <w:pPr>
        <w:pStyle w:val="Cmsor1"/>
        <w:rPr>
          <w:b w:val="0"/>
          <w:bCs w:val="0"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7216" behindDoc="1" locked="0" layoutInCell="1" allowOverlap="1" wp14:anchorId="41B8FDF0" wp14:editId="0DCDE09B">
            <wp:simplePos x="0" y="0"/>
            <wp:positionH relativeFrom="column">
              <wp:posOffset>3627120</wp:posOffset>
            </wp:positionH>
            <wp:positionV relativeFrom="paragraph">
              <wp:posOffset>-731520</wp:posOffset>
            </wp:positionV>
            <wp:extent cx="1859280" cy="185928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D6E" w:rsidRPr="001B7D6E">
        <w:rPr>
          <w:noProof/>
          <w:color w:val="000000" w:themeColor="text1"/>
        </w:rPr>
        <w:t>Segítség a méltó búcsú megalkotásához</w:t>
      </w:r>
      <w:r>
        <w:rPr>
          <w:color w:val="000000" w:themeColor="text1"/>
        </w:rPr>
        <w:br/>
      </w:r>
      <w:r w:rsidRPr="00D033B4">
        <w:rPr>
          <w:b w:val="0"/>
          <w:bCs w:val="0"/>
          <w:color w:val="000000" w:themeColor="text1"/>
        </w:rPr>
        <w:t>_____________________________________________________________</w:t>
      </w:r>
    </w:p>
    <w:p w14:paraId="496690E2" w14:textId="77777777" w:rsidR="00D46B13" w:rsidRDefault="00D033B4">
      <w:r>
        <w:br/>
      </w:r>
      <w:r w:rsidRPr="00D033B4">
        <w:rPr>
          <w:b/>
          <w:bCs/>
        </w:rPr>
        <w:t>Tisztelt Hozzátartozók!</w:t>
      </w:r>
      <w:r>
        <w:br/>
      </w:r>
      <w:r>
        <w:br/>
        <w:t>Minden ember élete egy különleges és megismételhetetlen történet. Egy méltó búcsúztatás számomra nem csupán évszámok és életrajzi adatok felsorolását jelenti, hanem annak az embernek a felidézését, akit szerettek, tiszteltek, és akinek emléke tovább él a családtagok, barátok és ismerősök szívében.</w:t>
      </w:r>
      <w:r>
        <w:br/>
      </w:r>
      <w:r>
        <w:br/>
        <w:t>A személyes találkozásunk előtt szeretném megkérni Önöket, hogy gondolják át azokat az emlékeket, történeteket és gondolatokat, amelyek segíthetnek abban, hogy a búcsúbeszéd valóban személyes és méltó legyen.</w:t>
      </w:r>
      <w:r>
        <w:br/>
      </w:r>
      <w:r>
        <w:br/>
      </w:r>
      <w:r w:rsidRPr="00D033B4">
        <w:rPr>
          <w:b/>
          <w:bCs/>
        </w:rPr>
        <w:t>Alapvető adatok:</w:t>
      </w:r>
      <w:r w:rsidRPr="00D033B4">
        <w:rPr>
          <w:b/>
          <w:bCs/>
        </w:rPr>
        <w:br/>
      </w:r>
      <w:r>
        <w:t>- Az elhunyt neve</w:t>
      </w:r>
      <w:r>
        <w:br/>
        <w:t>- Születési és halálozási adatai</w:t>
      </w:r>
      <w:r>
        <w:br/>
        <w:t>- A búcsúztatás időpontja és helyszíne</w:t>
      </w:r>
      <w:r>
        <w:br/>
        <w:t>- Kapcsolattartó neve és telefonszáma</w:t>
      </w:r>
      <w:r>
        <w:br/>
      </w:r>
      <w:r>
        <w:br/>
      </w:r>
      <w:r w:rsidRPr="00D033B4">
        <w:rPr>
          <w:b/>
          <w:bCs/>
        </w:rPr>
        <w:t>Gyermekkor és család:</w:t>
      </w:r>
      <w:r w:rsidRPr="00D033B4">
        <w:rPr>
          <w:b/>
          <w:bCs/>
        </w:rPr>
        <w:br/>
      </w:r>
      <w:r>
        <w:t>- Hol nőtt fel?</w:t>
      </w:r>
      <w:r>
        <w:br/>
        <w:t>- Milyen emlékeket őrzött gyermekkoráról?</w:t>
      </w:r>
      <w:r>
        <w:br/>
        <w:t>- Milyen volt a családi háttere?</w:t>
      </w:r>
      <w:r>
        <w:br/>
      </w:r>
      <w:r>
        <w:br/>
      </w:r>
      <w:r w:rsidRPr="00D033B4">
        <w:rPr>
          <w:b/>
          <w:bCs/>
        </w:rPr>
        <w:t>Milyen ember volt?</w:t>
      </w:r>
      <w:r w:rsidRPr="00D033B4">
        <w:rPr>
          <w:b/>
          <w:bCs/>
        </w:rPr>
        <w:br/>
      </w:r>
      <w:r>
        <w:t>- Hogyan jellemeznék néhány szóban?</w:t>
      </w:r>
      <w:r>
        <w:br/>
        <w:t>- Miért szerették őt az emberek?</w:t>
      </w:r>
      <w:r>
        <w:br/>
        <w:t>- Mire volt a legbüszkébb?</w:t>
      </w:r>
      <w:r>
        <w:br/>
        <w:t>- Mi hiányzik majd belőle a legjobban?</w:t>
      </w:r>
      <w:r>
        <w:br/>
      </w:r>
      <w:r>
        <w:br/>
      </w:r>
      <w:r w:rsidRPr="00D033B4">
        <w:rPr>
          <w:b/>
          <w:bCs/>
        </w:rPr>
        <w:t>Hivatás és életút:</w:t>
      </w:r>
      <w:r w:rsidRPr="00D033B4">
        <w:rPr>
          <w:b/>
          <w:bCs/>
        </w:rPr>
        <w:br/>
      </w:r>
      <w:r>
        <w:t>- Mivel foglalkozott?</w:t>
      </w:r>
      <w:r>
        <w:br/>
        <w:t>- Mit jelentett számára a munkája?</w:t>
      </w:r>
      <w:r>
        <w:br/>
        <w:t>- Milyen eredményekre volt büszke?</w:t>
      </w:r>
      <w:r>
        <w:br/>
      </w:r>
      <w:r>
        <w:br/>
      </w:r>
      <w:r w:rsidRPr="00D033B4">
        <w:rPr>
          <w:b/>
          <w:bCs/>
        </w:rPr>
        <w:t>Szerelem és család:</w:t>
      </w:r>
      <w:r w:rsidRPr="00D033B4">
        <w:rPr>
          <w:b/>
          <w:bCs/>
        </w:rPr>
        <w:br/>
      </w:r>
      <w:r>
        <w:t>- Hogyan ismerkedett meg a párjával?</w:t>
      </w:r>
      <w:r>
        <w:br/>
        <w:t>- Milyen szülő és nagyszülő volt?</w:t>
      </w:r>
      <w:r>
        <w:br/>
        <w:t>- Hogyan mutatta ki a szeretetét?</w:t>
      </w:r>
      <w:r>
        <w:br/>
      </w:r>
      <w:r>
        <w:br/>
      </w:r>
      <w:r w:rsidRPr="00D033B4">
        <w:rPr>
          <w:b/>
          <w:bCs/>
        </w:rPr>
        <w:lastRenderedPageBreak/>
        <w:t>Mindennapok és hobbik:</w:t>
      </w:r>
      <w:r w:rsidRPr="00D033B4">
        <w:rPr>
          <w:b/>
          <w:bCs/>
        </w:rPr>
        <w:br/>
      </w:r>
      <w:r>
        <w:t>- Mivel töltötte a szabadidejét?</w:t>
      </w:r>
      <w:r>
        <w:br/>
        <w:t>- Mik voltak a kedvenc elfoglaltságai?</w:t>
      </w:r>
      <w:r>
        <w:br/>
        <w:t>- Mi okozott neki örömet?</w:t>
      </w:r>
      <w:r>
        <w:br/>
      </w:r>
      <w:r>
        <w:br/>
      </w:r>
      <w:r w:rsidRPr="00D033B4">
        <w:rPr>
          <w:b/>
          <w:bCs/>
        </w:rPr>
        <w:t>Emlékek és történetek:</w:t>
      </w:r>
      <w:r w:rsidRPr="00D033B4">
        <w:rPr>
          <w:b/>
          <w:bCs/>
        </w:rPr>
        <w:br/>
      </w:r>
      <w:r>
        <w:t>- Melyik közös emlék jut először eszükbe róla?</w:t>
      </w:r>
      <w:r>
        <w:br/>
        <w:t>- Volt-e jellegzetes mondása vagy szokása?</w:t>
      </w:r>
      <w:r>
        <w:br/>
        <w:t>- Milyen történetet mesélnének el róla másoknak?</w:t>
      </w:r>
      <w:r>
        <w:br/>
      </w:r>
      <w:r>
        <w:br/>
        <w:t>Kérem, ne érezzék úgy, hogy minden kérdésre válaszolniuk kell. Sokszor egyetlen történet vagy néhány őszinte mondat többet mond el egy emberről, mint egy hosszú életrajz.</w:t>
      </w:r>
      <w:r>
        <w:br/>
      </w:r>
      <w:r>
        <w:br/>
        <w:t>Köszönöm a bizalmukat!</w:t>
      </w:r>
      <w:r>
        <w:br/>
      </w:r>
      <w:r>
        <w:br/>
        <w:t>Fehér Zoltán</w:t>
      </w:r>
      <w:r>
        <w:br/>
        <w:t>Polgári búcsúztató</w:t>
      </w:r>
      <w:r>
        <w:br/>
      </w:r>
    </w:p>
    <w:sectPr w:rsidR="00D46B1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7D6E"/>
    <w:rsid w:val="0029639D"/>
    <w:rsid w:val="00326F90"/>
    <w:rsid w:val="00AA1D8D"/>
    <w:rsid w:val="00B47730"/>
    <w:rsid w:val="00CB0664"/>
    <w:rsid w:val="00D033B4"/>
    <w:rsid w:val="00D46B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240FB71-6777-49CE-8C64-D5FC1981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Zoltán</cp:lastModifiedBy>
  <cp:revision>3</cp:revision>
  <dcterms:created xsi:type="dcterms:W3CDTF">2013-12-23T23:15:00Z</dcterms:created>
  <dcterms:modified xsi:type="dcterms:W3CDTF">2026-06-14T06:13:00Z</dcterms:modified>
  <cp:category/>
</cp:coreProperties>
</file>