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6E213" w14:textId="3E852593" w:rsidR="0092055D" w:rsidRDefault="00BD445B">
      <w:pPr>
        <w:pStyle w:val="Cm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1E5E69" wp14:editId="5A7C17E6">
            <wp:simplePos x="0" y="0"/>
            <wp:positionH relativeFrom="column">
              <wp:posOffset>4038600</wp:posOffset>
            </wp:positionH>
            <wp:positionV relativeFrom="paragraph">
              <wp:posOffset>-685800</wp:posOffset>
            </wp:positionV>
            <wp:extent cx="2156460" cy="215646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ADATKEZELÉSI TÁJÉKOZTATÓ ÉS HOZZÁJÁRULÓ NYILATKOZAT</w:t>
      </w:r>
    </w:p>
    <w:p w14:paraId="0BEBCF84" w14:textId="77777777" w:rsidR="0092055D" w:rsidRDefault="00BD445B">
      <w:r>
        <w:t>Polgári búcsúztatási szolgáltatáshoz</w:t>
      </w:r>
    </w:p>
    <w:p w14:paraId="7084C1E8" w14:textId="4E5DEE76" w:rsidR="0092055D" w:rsidRPr="00A243CF" w:rsidRDefault="00BD445B">
      <w:pPr>
        <w:pStyle w:val="Cmsor1"/>
        <w:rPr>
          <w:color w:val="000000" w:themeColor="text1"/>
        </w:rPr>
      </w:pPr>
      <w:r w:rsidRPr="00A243CF">
        <w:rPr>
          <w:color w:val="000000" w:themeColor="text1"/>
        </w:rPr>
        <w:t>1. Az adatkezelő adatai</w:t>
      </w:r>
    </w:p>
    <w:p w14:paraId="300FE202" w14:textId="37C93F10" w:rsidR="0092055D" w:rsidRDefault="00BD445B">
      <w:r>
        <w:br/>
      </w:r>
      <w:proofErr w:type="spellStart"/>
      <w:r>
        <w:t>Adatkezelő</w:t>
      </w:r>
      <w:proofErr w:type="spellEnd"/>
      <w:r>
        <w:t>: Fehér Zoltán egyéni vállalkozó</w:t>
      </w:r>
      <w:r>
        <w:br/>
        <w:t>Nyilvántartási szám: 62409762</w:t>
      </w:r>
      <w:r>
        <w:br/>
        <w:t>Adószám: 92118645-1-29</w:t>
      </w:r>
      <w:r>
        <w:br/>
        <w:t xml:space="preserve">Székhely: 4029 Debrecen, Dienes János </w:t>
      </w:r>
      <w:r>
        <w:t>utca 9. II/8.</w:t>
      </w:r>
      <w:r>
        <w:br/>
        <w:t>Telefonszám: 06703181233</w:t>
      </w:r>
      <w:r>
        <w:br/>
        <w:t>E-mail: feherzoli01@gmail.com</w:t>
      </w:r>
      <w:r>
        <w:br/>
        <w:t>Weboldal: debrecenibucsu.hu</w:t>
      </w:r>
      <w:r>
        <w:br/>
      </w:r>
    </w:p>
    <w:p w14:paraId="6C5E42F6" w14:textId="3C3FFE1E" w:rsidR="0092055D" w:rsidRPr="00A243CF" w:rsidRDefault="00BD445B">
      <w:pPr>
        <w:pStyle w:val="Cmsor1"/>
        <w:rPr>
          <w:color w:val="000000" w:themeColor="text1"/>
        </w:rPr>
      </w:pPr>
      <w:r w:rsidRPr="00A243CF">
        <w:rPr>
          <w:color w:val="000000" w:themeColor="text1"/>
        </w:rPr>
        <w:t>2. Az adatkezelés célja</w:t>
      </w:r>
    </w:p>
    <w:p w14:paraId="773BC835" w14:textId="60259B30" w:rsidR="0092055D" w:rsidRDefault="00BD445B">
      <w:r>
        <w:br/>
        <w:t xml:space="preserve">A személyes adatok kezelése a polgári búcsúztatási szolgáltatás nyújtása, a búcsúbeszéd elkészítése, a kapcsolattartás, a szertartás </w:t>
      </w:r>
      <w:r>
        <w:t>előkészítése, a számlázás, valamint a jogszabályi kötelezettségek teljesítése érdekében történik.</w:t>
      </w:r>
      <w:r>
        <w:br/>
      </w:r>
    </w:p>
    <w:p w14:paraId="4B7C885F" w14:textId="6FD81292" w:rsidR="0092055D" w:rsidRPr="00A243CF" w:rsidRDefault="00BD445B">
      <w:pPr>
        <w:pStyle w:val="Cmsor1"/>
        <w:rPr>
          <w:color w:val="000000" w:themeColor="text1"/>
        </w:rPr>
      </w:pPr>
      <w:r w:rsidRPr="00A243CF">
        <w:rPr>
          <w:color w:val="000000" w:themeColor="text1"/>
        </w:rPr>
        <w:t>3. A kezelt adatok köre</w:t>
      </w:r>
    </w:p>
    <w:p w14:paraId="03888CBE" w14:textId="129D67A7" w:rsidR="0092055D" w:rsidRDefault="00BD445B">
      <w:r>
        <w:br/>
        <w:t>Az adatkezelés az alábbi adatokra terjedhet ki:</w:t>
      </w:r>
      <w:r>
        <w:br/>
      </w:r>
      <w:r>
        <w:br/>
        <w:t>• a megbízó neve, lakcíme, telefonszáma, e-mail címe,</w:t>
      </w:r>
      <w:r>
        <w:br/>
        <w:t>• számlázási adatok,</w:t>
      </w:r>
      <w:r>
        <w:br/>
        <w:t>• az elh</w:t>
      </w:r>
      <w:r>
        <w:t>unyt neve, születési neve,</w:t>
      </w:r>
      <w:r>
        <w:br/>
        <w:t>• születési és halálozási adatok,</w:t>
      </w:r>
      <w:r>
        <w:br/>
        <w:t>• családi kapcsolatokra és hozzátartozókra vonatkozó információk,</w:t>
      </w:r>
      <w:r>
        <w:br/>
        <w:t>• az elhunyt életútjára, munkásságára, hobbijaira és személyiségére vonatkozó információk,</w:t>
      </w:r>
      <w:r>
        <w:br/>
        <w:t>• a búcsúbeszéd elkészítéséhez szükség</w:t>
      </w:r>
      <w:r>
        <w:t>es egyéb önkéntesen megadott adatok.</w:t>
      </w:r>
      <w:r>
        <w:br/>
      </w:r>
    </w:p>
    <w:p w14:paraId="288BFB8A" w14:textId="389DCC29" w:rsidR="0092055D" w:rsidRPr="00A243CF" w:rsidRDefault="00BD445B">
      <w:pPr>
        <w:pStyle w:val="Cmsor1"/>
        <w:rPr>
          <w:color w:val="000000" w:themeColor="text1"/>
        </w:rPr>
      </w:pPr>
      <w:r w:rsidRPr="00A243CF">
        <w:rPr>
          <w:color w:val="000000" w:themeColor="text1"/>
        </w:rPr>
        <w:lastRenderedPageBreak/>
        <w:t>4. Az adatkezelés jogalapja</w:t>
      </w:r>
    </w:p>
    <w:p w14:paraId="1D3D9E8C" w14:textId="49A168B3" w:rsidR="0092055D" w:rsidRDefault="00BD445B">
      <w:r>
        <w:br/>
        <w:t xml:space="preserve">Az </w:t>
      </w:r>
      <w:proofErr w:type="spellStart"/>
      <w:r>
        <w:t>adatkezelés</w:t>
      </w:r>
      <w:proofErr w:type="spellEnd"/>
      <w:r>
        <w:t xml:space="preserve"> </w:t>
      </w:r>
      <w:proofErr w:type="spellStart"/>
      <w:r>
        <w:t>jogalapja</w:t>
      </w:r>
      <w:proofErr w:type="spellEnd"/>
      <w:r>
        <w:t xml:space="preserve"> az érintett önkéntes hozzájárulása, a megbízási szerződés teljesítése, valamint a jogszabályban előírt kötelezettségek teljesítése.</w:t>
      </w:r>
      <w:r>
        <w:br/>
      </w:r>
    </w:p>
    <w:p w14:paraId="5FF82A4A" w14:textId="6699672A" w:rsidR="0092055D" w:rsidRPr="00A243CF" w:rsidRDefault="00BD445B">
      <w:pPr>
        <w:pStyle w:val="Cmsor1"/>
        <w:rPr>
          <w:color w:val="000000" w:themeColor="text1"/>
        </w:rPr>
      </w:pPr>
      <w:r w:rsidRPr="00A243CF">
        <w:rPr>
          <w:color w:val="000000" w:themeColor="text1"/>
        </w:rPr>
        <w:t>5. Hangfelvétel készítése és me</w:t>
      </w:r>
      <w:r w:rsidRPr="00A243CF">
        <w:rPr>
          <w:color w:val="000000" w:themeColor="text1"/>
        </w:rPr>
        <w:t>gőrzése</w:t>
      </w:r>
    </w:p>
    <w:p w14:paraId="4E7B3305" w14:textId="578B6C55" w:rsidR="0092055D" w:rsidRDefault="00BD445B">
      <w:r>
        <w:br/>
        <w:t xml:space="preserve">A </w:t>
      </w:r>
      <w:proofErr w:type="spellStart"/>
      <w:r>
        <w:t>Megbízó</w:t>
      </w:r>
      <w:proofErr w:type="spellEnd"/>
      <w:r>
        <w:t xml:space="preserve"> </w:t>
      </w:r>
      <w:proofErr w:type="spellStart"/>
      <w:r>
        <w:t>hozzájárulhat</w:t>
      </w:r>
      <w:proofErr w:type="spellEnd"/>
      <w:r>
        <w:t xml:space="preserve"> ahhoz, hogy a Megbízott a személyes egyeztetés során hangfelvételt készítsen a búcsúbeszéd pontos és személyre szabott elkészítése érdekében.</w:t>
      </w:r>
      <w:r>
        <w:br/>
      </w:r>
      <w:r>
        <w:br/>
        <w:t>A hangfelvétel célja az elhangzott információk pontos rögzítése, a búcsúbeszéd e</w:t>
      </w:r>
      <w:r>
        <w:t>lkészítésének támogatása, valamint az esetleges félreértések, vitás kérdések vagy reklamációk tisztázása.</w:t>
      </w:r>
      <w:r>
        <w:br/>
      </w:r>
      <w:r>
        <w:br/>
        <w:t>A hangfelvételt a Megbízott a szolgáltatás teljesítését követően legfeljebb 30 napig őrzi meg.</w:t>
      </w:r>
      <w:r>
        <w:br/>
      </w:r>
      <w:r>
        <w:br/>
        <w:t xml:space="preserve">A Megbízó ezen időszak alatt jogosult a hangfelvétel </w:t>
      </w:r>
      <w:r>
        <w:t>meghallgatását vagy másolatának kiadását kérni.</w:t>
      </w:r>
      <w:r>
        <w:br/>
      </w:r>
      <w:r>
        <w:br/>
        <w:t>Amennyiben a szolgáltatás teljesítését követően nem merül fel reklamáció vagy egyéb vitás kérdés, a hangfelvétel a 30 napos megőrzési idő lejártával véglegesen törlésre kerül.</w:t>
      </w:r>
      <w:r>
        <w:br/>
      </w:r>
      <w:r>
        <w:br/>
        <w:t>A Megbízó külön nyilatkozat ki</w:t>
      </w:r>
      <w:r>
        <w:t>töltésével jogosult a hangfelvétel korábbi törlését kérni, akár a búcsúztatás napján is.</w:t>
      </w:r>
      <w:r>
        <w:br/>
      </w:r>
      <w:r>
        <w:br/>
        <w:t>A hangfelvétel kizárólag a személyes egyeztetés során készülhet. Telefonos vagy egyéb beszélgetés rögzítésére nem kerül sor.</w:t>
      </w:r>
      <w:r>
        <w:br/>
      </w:r>
      <w:r>
        <w:br/>
        <w:t>A hangfelvétel nem nyilvános, harmadik s</w:t>
      </w:r>
      <w:r>
        <w:t>zemély részére nem kerül átadásra, kivéve, ha azt jogszabály vagy hatósági megkeresés írja elő.</w:t>
      </w:r>
      <w:r>
        <w:br/>
      </w:r>
    </w:p>
    <w:p w14:paraId="6761345C" w14:textId="6566A55F" w:rsidR="0092055D" w:rsidRPr="00A243CF" w:rsidRDefault="00BD445B">
      <w:pPr>
        <w:pStyle w:val="Cmsor1"/>
        <w:rPr>
          <w:color w:val="000000" w:themeColor="text1"/>
        </w:rPr>
      </w:pPr>
      <w:r w:rsidRPr="00A243CF">
        <w:rPr>
          <w:color w:val="000000" w:themeColor="text1"/>
        </w:rPr>
        <w:t>6. Az adatok megőrzési ideje</w:t>
      </w:r>
    </w:p>
    <w:p w14:paraId="17229CB1" w14:textId="67282F6F" w:rsidR="0092055D" w:rsidRDefault="00BD445B">
      <w:r>
        <w:br/>
        <w:t>A hangfelvételek legfeljebb 30 napig kerülnek megőrzésre.</w:t>
      </w:r>
      <w:r>
        <w:br/>
        <w:t>A számlázással kapcsolatos dokumentumok a hatályos számviteli jogszabál</w:t>
      </w:r>
      <w:r>
        <w:t xml:space="preserve">yok </w:t>
      </w:r>
      <w:proofErr w:type="spellStart"/>
      <w:r>
        <w:t>szerinti</w:t>
      </w:r>
      <w:proofErr w:type="spellEnd"/>
      <w:r>
        <w:t xml:space="preserve"> </w:t>
      </w:r>
      <w:proofErr w:type="spellStart"/>
      <w:r>
        <w:t>ideig</w:t>
      </w:r>
      <w:proofErr w:type="spellEnd"/>
      <w:r>
        <w:t xml:space="preserve"> </w:t>
      </w:r>
      <w:proofErr w:type="spellStart"/>
      <w:r>
        <w:t>kerülnek</w:t>
      </w:r>
      <w:proofErr w:type="spellEnd"/>
      <w:r>
        <w:t xml:space="preserve"> </w:t>
      </w:r>
      <w:proofErr w:type="spellStart"/>
      <w:r>
        <w:t>megőrzésre</w:t>
      </w:r>
      <w:proofErr w:type="spellEnd"/>
      <w:r>
        <w:t>.</w:t>
      </w:r>
    </w:p>
    <w:p w14:paraId="25E20207" w14:textId="740C246B" w:rsidR="0092055D" w:rsidRPr="00A243CF" w:rsidRDefault="00BD445B">
      <w:pPr>
        <w:pStyle w:val="Cmsor1"/>
        <w:rPr>
          <w:color w:val="000000" w:themeColor="text1"/>
        </w:rPr>
      </w:pPr>
      <w:r w:rsidRPr="00A243CF">
        <w:rPr>
          <w:color w:val="000000" w:themeColor="text1"/>
        </w:rPr>
        <w:lastRenderedPageBreak/>
        <w:t>7. Adatbiztonság</w:t>
      </w:r>
    </w:p>
    <w:p w14:paraId="6A748435" w14:textId="598CAC27" w:rsidR="0092055D" w:rsidRDefault="00BD445B">
      <w:r>
        <w:br/>
        <w:t>Az adatkezelő minden ésszerű technikai és szervezési intézkedést megtesz annak érdekében, hogy a kezelt személyes adatok védettek legyenek a jogosulatlan hozzáféréssel, megváltoztatással, törléssel</w:t>
      </w:r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nyilvánosságra</w:t>
      </w:r>
      <w:proofErr w:type="spellEnd"/>
      <w:r>
        <w:t xml:space="preserve"> </w:t>
      </w:r>
      <w:proofErr w:type="spellStart"/>
      <w:r>
        <w:t>hozatallal</w:t>
      </w:r>
      <w:proofErr w:type="spellEnd"/>
      <w:r>
        <w:t xml:space="preserve"> </w:t>
      </w:r>
      <w:proofErr w:type="spellStart"/>
      <w:r>
        <w:t>szemben</w:t>
      </w:r>
      <w:proofErr w:type="spellEnd"/>
      <w:r>
        <w:t>.</w:t>
      </w:r>
    </w:p>
    <w:p w14:paraId="1300D1E7" w14:textId="77777777" w:rsidR="0092055D" w:rsidRPr="00A243CF" w:rsidRDefault="00BD445B">
      <w:pPr>
        <w:pStyle w:val="Cmsor1"/>
        <w:rPr>
          <w:color w:val="000000" w:themeColor="text1"/>
        </w:rPr>
      </w:pPr>
      <w:r w:rsidRPr="00A243CF">
        <w:rPr>
          <w:color w:val="000000" w:themeColor="text1"/>
        </w:rPr>
        <w:t>8. Az érintettek jogai</w:t>
      </w:r>
    </w:p>
    <w:p w14:paraId="21814CEF" w14:textId="0CF2CC1A" w:rsidR="0092055D" w:rsidRDefault="00BD445B">
      <w:r>
        <w:br/>
        <w:t>Az érintett jogosult:</w:t>
      </w:r>
      <w:r>
        <w:br/>
        <w:t>• tájékoztatást kérni a kezelt adatairól,</w:t>
      </w:r>
      <w:r>
        <w:br/>
        <w:t>• kérni azok helyesbítését,</w:t>
      </w:r>
      <w:r>
        <w:br/>
        <w:t>• kérni azok törlését,</w:t>
      </w:r>
      <w:r>
        <w:br/>
        <w:t>• kérni az adatkezelés korlátozását,</w:t>
      </w:r>
      <w:r>
        <w:br/>
        <w:t>• tiltakozni az adatkezelés ellen,</w:t>
      </w:r>
      <w:r>
        <w:br/>
        <w:t>• p</w:t>
      </w:r>
      <w:r>
        <w:t xml:space="preserve">anaszt tenni a Nemzeti </w:t>
      </w:r>
      <w:proofErr w:type="spellStart"/>
      <w:r>
        <w:t>Adatvédelmi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Információszabadság</w:t>
      </w:r>
      <w:proofErr w:type="spellEnd"/>
      <w:r>
        <w:t xml:space="preserve"> </w:t>
      </w:r>
      <w:proofErr w:type="spellStart"/>
      <w:r>
        <w:t>Hatóságnál</w:t>
      </w:r>
      <w:proofErr w:type="spellEnd"/>
      <w:r>
        <w:t>.</w:t>
      </w:r>
    </w:p>
    <w:p w14:paraId="78712145" w14:textId="77777777" w:rsidR="0092055D" w:rsidRPr="00A243CF" w:rsidRDefault="00BD445B">
      <w:pPr>
        <w:pStyle w:val="Cmsor1"/>
        <w:rPr>
          <w:color w:val="000000" w:themeColor="text1"/>
        </w:rPr>
      </w:pPr>
      <w:r w:rsidRPr="00A243CF">
        <w:rPr>
          <w:color w:val="000000" w:themeColor="text1"/>
        </w:rPr>
        <w:t>9. Jogorvoslat</w:t>
      </w:r>
    </w:p>
    <w:p w14:paraId="271659F7" w14:textId="0BB0A139" w:rsidR="0092055D" w:rsidRDefault="00BD445B">
      <w:r>
        <w:br/>
        <w:t>Nemzeti Adatvédelmi és Információszabadság Hatóság (NAIH)</w:t>
      </w:r>
      <w:r>
        <w:br/>
        <w:t>1055 Budapest, Falk Miksa utca 9–11.</w:t>
      </w:r>
      <w:r>
        <w:br/>
        <w:t>Telefon: +36 (1) 391-1400</w:t>
      </w:r>
      <w:r>
        <w:br/>
      </w:r>
      <w:proofErr w:type="spellStart"/>
      <w:r>
        <w:t>Weboldal</w:t>
      </w:r>
      <w:proofErr w:type="spellEnd"/>
      <w:r>
        <w:t>: www.naih.hu</w:t>
      </w:r>
    </w:p>
    <w:p w14:paraId="1F8622FD" w14:textId="77777777" w:rsidR="0092055D" w:rsidRPr="00A243CF" w:rsidRDefault="00BD445B">
      <w:pPr>
        <w:pStyle w:val="Cmsor1"/>
        <w:rPr>
          <w:color w:val="000000" w:themeColor="text1"/>
        </w:rPr>
      </w:pPr>
      <w:r w:rsidRPr="00A243CF">
        <w:rPr>
          <w:color w:val="000000" w:themeColor="text1"/>
        </w:rPr>
        <w:t>10. Hozzájáruló nyilatkoz</w:t>
      </w:r>
      <w:r w:rsidRPr="00A243CF">
        <w:rPr>
          <w:color w:val="000000" w:themeColor="text1"/>
        </w:rPr>
        <w:t>at</w:t>
      </w:r>
    </w:p>
    <w:p w14:paraId="25400240" w14:textId="434A3DEE" w:rsidR="0092055D" w:rsidRDefault="00BD445B">
      <w:r>
        <w:br/>
        <w:t>Alulírott kijelentem, hogy a jelen adatkezelési tájékoztatót elolvastam, megértettem és az abban foglaltakat tudomásul vettem.</w:t>
      </w:r>
      <w:r>
        <w:br/>
      </w:r>
      <w:r>
        <w:br/>
        <w:t>□ Hozzájárulok személyes adataim kezeléséhez.</w:t>
      </w:r>
      <w:r>
        <w:br/>
      </w:r>
      <w:r>
        <w:br/>
        <w:t>□ Hozzájárulok hangfelvétel készítéséhez.</w:t>
      </w:r>
      <w:r>
        <w:br/>
      </w:r>
      <w:r>
        <w:br/>
        <w:t>□ Nem járulok hozzá hangfelvétel k</w:t>
      </w:r>
      <w:r>
        <w:t>észítéséhez.</w:t>
      </w:r>
      <w:r>
        <w:br/>
      </w:r>
      <w:r>
        <w:br/>
      </w:r>
      <w:proofErr w:type="spellStart"/>
      <w:r>
        <w:t>Kelt</w:t>
      </w:r>
      <w:proofErr w:type="spellEnd"/>
      <w:r>
        <w:t>: __________________________________</w:t>
      </w:r>
      <w:r>
        <w:br/>
      </w:r>
      <w:r>
        <w:br/>
      </w:r>
      <w:proofErr w:type="spellStart"/>
      <w:r>
        <w:t>Név</w:t>
      </w:r>
      <w:proofErr w:type="spellEnd"/>
      <w:r>
        <w:t>: __________________________________</w:t>
      </w:r>
      <w:r>
        <w:br/>
      </w:r>
      <w:r w:rsidR="00A243CF">
        <w:br/>
      </w:r>
      <w:proofErr w:type="spellStart"/>
      <w:r>
        <w:t>Aláírás</w:t>
      </w:r>
      <w:proofErr w:type="spellEnd"/>
      <w:r>
        <w:t>: _______________________________</w:t>
      </w:r>
      <w:r>
        <w:br/>
      </w:r>
    </w:p>
    <w:sectPr w:rsidR="009205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2055D"/>
    <w:rsid w:val="00A243CF"/>
    <w:rsid w:val="00AA1D8D"/>
    <w:rsid w:val="00B47730"/>
    <w:rsid w:val="00BD445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2831D6AD-B12C-41DE-BE2E-62425F45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Zoltán</cp:lastModifiedBy>
  <cp:revision>3</cp:revision>
  <dcterms:created xsi:type="dcterms:W3CDTF">2013-12-23T23:15:00Z</dcterms:created>
  <dcterms:modified xsi:type="dcterms:W3CDTF">2026-06-14T05:53:00Z</dcterms:modified>
  <cp:category/>
</cp:coreProperties>
</file>